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Вуз, общежитие, научная организация</w:t>
      </w:r>
    </w:p>
    <w:p>
      <w:r>
        <w:rPr>
          <w:b/>
        </w:rPr>
        <w:t xml:space="preserve">Основание: ПП РФ № 1421.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вуз, общежитие, научная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Перечень корпусов, общежитий, лабораторий, спорткомплексов — каждый будет отдельным объектом или единый комплекс?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студентов и сотрудников на каждом объекте (максимум одновременно)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Число мест в общежитиях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лаборатории с опасными химическими/биологическими веществами, источники излучения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Ведомственная подчинённость (Минобрнауки / иное) и основной вид деятельности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